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מוחשי או בלתי מוחשי?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למורשת 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השתיים קשורות זו בזו ומשלימות זו את זו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לשמר מורשת 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הידע איך להכין עובר מאדם לאדם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השופר מוחשי והתקיעה בלתי מוחשית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לגעת בו ולראות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ריקוד הוא פעולה שעוברת בין אנשים, לכן הוא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הסיבה שקוראים לה מורשת חיה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בלתי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תיעוד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הדוגמה לסוג המורשת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(בלתי 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(בלתי מוחשי)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היא ממשיכה להתקיים רק כשאנשים עושים או מעבירים אותה הלאה, ולא נשארת כחפץ קבוע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להקליט או לצלם, וללמד את הדור הבא לעשות את הפעולה בעצמו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מוחשי-חפץ, בלתי מוחשי-ידע או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מהטקסט או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בלי תיעוד היא עלולה להישכח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מהכיתה: חפץ מול מנהג או 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שהשופר ממחיש את שני הסוגים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מוחשי או בלתי מוחשי?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מורשת מוחשית היא דברים שאפשר לגעת בהם, כמו חפץ או בניין. מורשת בלתי מוחשית היא ידע, מנהג או סיפור שעובר מאדם לאדם וממשיך לחיות רק כשעושים אותו.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תיעוד  ·  בלתי מוחשית  ·  מוחשית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מתכון נחשב מורשת בלתי מוחשית?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הדף נקרע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הידע איך להכין עובר מאדם לאדם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אוכלים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הקשר בין השופר לתקיעה?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השופר מוחשי והתקיעה בלתי 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שניהם בלתי מוחשיים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שניהם מוחשיים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חפץ עתיק במוזיאון הוא דוגמה למורשת מוחשית.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ריקוד עממי הוא מורשת מוחשית.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מורשת בלתי מוחשית ממשיכה להתקיים רק כשעושים אותה.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מורשת __________ היא מורשת שאפשר לגעת 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ידע שעובר מאדם לאדם ולא ניתן לגעת בו נקרא מורשת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כשמקליטים סבתא מספרת סיפור, זו פעולה של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הדוגמה לסוג המורשת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שופר עתיק באוסף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בלתי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תקיעה בשופר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מתכון כתוב על דף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בלתי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הידע איך להכין את המאכל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מוחשי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מדוע קוראים למורשת הבלתי מוחשית מורשת חיה.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שתי דרכים לשמור מורשת בלתי מוחשית.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מורשת מוחשית לבלתי מוחשית?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לכל סוג 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מוחשי או בלתי מוחשי?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