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🌳 מורשת חיה – מה עובר מדור לדור ואיך היא חיה בתוכנו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מוחשי או בלתי מוחשי?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להבחין בין מורשת מוחשית למורשת בלתי מוחשית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איך השתיים קשורות זו בזו ומשלימות זו את זו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דרכים לשמר מורשת בלתי מוחשית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כי הידע איך להכין עובר מאדם לאדם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השופר מוחשי והתקיעה בלתי מוחשית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הוא נשכח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להקליט סבתא מספרת 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שני הסוגים משלימים זה את זה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אפשר לגעת בו ולראות אותו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ריקוד הוא פעולה שעוברת בין אנשים, לכן הוא בלתי מוחשי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זו הסיבה שקוראים לה מורשת חיה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תיעוד הוא שמירת ידע בהקלטה או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הטקסט אומר ששני הסוגים משלימים זה את זה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מוחשית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בלתי מוחשית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תיעוד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שופר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חיה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הדוגמה לסוג המורשת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(מוחשי)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(בלתי מוחשי)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(מוחשי)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(בלתי מוחשי)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(בלתי מוחשי)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שאלות פתוחות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כי היא ממשיכה להתקיים רק כשאנשים עושים או מעבירים אותה הלאה, ולא נשארת כחפץ קבוע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למשל השופר הוא חפץ מוחשי, אבל התקיעה בו היא פעולה בלתי מוחשית שנותנת לו משמעות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להקליט או לצלם, וללמד את הדור הבא לעשות את הפעולה בעצמו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מוחשי-חפץ, בלתי מוחשי-ידע או פעולה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דוגמה מהטקסט או מהחיים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כי בלי תיעוד היא עלולה להישכח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בדוגמה מהכיתה: חפץ מול מנהג או שיר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להדגיש שהשופר ממחיש את שני הסוגים יחד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לדלג על הפריטים המסומנים כקשים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🌳 מורשת חיה – מה עובר מדור לדור ואיך היא חיה בתוכנו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מוחשי או בלתי מוחשי?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יש מורשת שרואים ונוגעים בה. ויש מורשת שהיא ידע או מנהג שעובר בין אנשים. בדף נלמד להבדיל ביניהן.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מורשת מוחשית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דבר שאפשר לגעת בו, כמו חפץ או בניין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מורשת בלתי מוחשית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ידע, מנהג או סיפור שעובר בין אנשים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תיעוד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שמירה של ידע בהקלטה, כתיבה או צילום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ניגון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מנגינה שעוברת בשירה מדור לדור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שופר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כלי נגינה מקרן של איל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תקיעה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הפעולה של נגינה בשופר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מתכון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הוראות כתובות להכנת מאכל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מורשת חיה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מורשת שממשיכה להתקיים כי אנשים עושים אותה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למה מתכון שייך למורשת בלתי מוחשית?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 הדף נקרע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 הידע איך להכין עובר מאדם לאדם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 אוכלים אותו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 אין בו מילים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ההבדל בין השופר לתקיעה בו?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השופר מוחשי והתקיעה בלתי מוחשית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שניהם בלתי מוחשיים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שניהם מוחשיים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קשר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קורה לניגון שאף אחד לא שר?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הוא נשמר במוזיאון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הוא נעשה מוחשי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הוא נשכח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הוא נעשה חדש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איזו פעולה נחשבת תיעוד?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לשכוח סיפור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להקליט סבתא מספרת סיפור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לזרוק מכתב ישן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לשנות שם של משחק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המסקנה בסוף הטקסט?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מוחשי עדיף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בלתי מוחשי עדיף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שני הסוגים משלימים זה את זה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צריך לבחור אחד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חפץ עתיק במוזיאון הוא דוגמה למורשת מוחשית.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ריקוד עממי הוא מורשת מוחשית.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מורשת בלתי מוחשית ממשיכה להתקיים רק כשעושים אותה.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הקלטה של סיפור ישן היא דוגמה לתיעוד.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לפי הטקסט, יש להעדיף תמיד את המורשת המוחשית.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מורשת __________ היא מורשת שאפשר לגעת בה.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ידע שעובר מאדם לאדם ולא ניתן לגעת בו נקרא מורשת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כשמקליטים סבתא מספרת סיפור, זו פעולה של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כלי הנגינה שבו תוקעים בראש השנה נקרא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מורשת בלתי מוחשית נקראת גם מורשת __________ כי היא ממשיכה להתקיים.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בין הדוגמה לסוג המורשת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שופר עתיק באוסף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בלתי מוחשי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תקיעה בשופר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בלתי מוחשי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מתכון כתוב על דף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בלתי מוחשי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הידע איך להכין את המאכל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מוחשי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ניגון שעובר בשירה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מוחשי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שאלות פתוחות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מדוע קוראים למורשת הבלתי מוחשית מורשת חיה.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הסבירו בעזרת דוגמה איך מוחשי ובלתי מוחשי קשורים זה בזה.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כתבו שתי דרכים לשמור מורשת בלתי מוחשית.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ההבדל בין מורשת מוחשית לבלתי מוחשית?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לכל סוג מורשת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חשוב לתעד מורשת בלתי מוחשית?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מוחשי או בלתי מוחשי?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